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6B6E" w14:textId="4D912E01" w:rsidR="00A3195F" w:rsidRDefault="005F3C55" w:rsidP="00765927">
      <w:pPr>
        <w:pStyle w:val="Heading1"/>
        <w:jc w:val="center"/>
      </w:pPr>
      <w:r>
        <w:t>DEPARTMENT OF PSYCHIATRY</w:t>
      </w:r>
      <w:r w:rsidR="00765927">
        <w:t xml:space="preserve"> - </w:t>
      </w:r>
      <w:r>
        <w:t>STAFF DEVELOPMENT FUND APPLICATION FORM</w:t>
      </w:r>
    </w:p>
    <w:p w14:paraId="062717AD" w14:textId="77777777" w:rsidR="00765927" w:rsidRDefault="00765927">
      <w:pPr>
        <w:spacing w:after="0" w:line="240" w:lineRule="auto"/>
        <w:rPr>
          <w:rFonts w:cs="Calibri"/>
        </w:rPr>
      </w:pPr>
    </w:p>
    <w:p w14:paraId="2E9CE16D" w14:textId="1A172D07" w:rsidR="00765927" w:rsidRDefault="005F3C55">
      <w:pPr>
        <w:spacing w:after="0" w:line="240" w:lineRule="auto"/>
      </w:pPr>
      <w:r>
        <w:rPr>
          <w:rFonts w:cs="Calibri"/>
        </w:rPr>
        <w:t>Please refer to the Staff Development Fund guidance notes before completing this form.</w:t>
      </w:r>
    </w:p>
    <w:p w14:paraId="11C50FD7" w14:textId="77777777" w:rsidR="00765927" w:rsidRDefault="00765927">
      <w:pPr>
        <w:spacing w:after="0" w:line="240" w:lineRule="auto"/>
      </w:pPr>
    </w:p>
    <w:p w14:paraId="46FFA1D8" w14:textId="46C79C20" w:rsidR="00765927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>Please complete electronically. All fields are expandable.</w:t>
      </w:r>
    </w:p>
    <w:p w14:paraId="72BD40C1" w14:textId="77777777" w:rsidR="00765927" w:rsidRPr="00765927" w:rsidRDefault="00765927">
      <w:pPr>
        <w:spacing w:after="0" w:line="240" w:lineRule="auto"/>
        <w:rPr>
          <w:rFonts w:cs="Calibri"/>
        </w:rPr>
      </w:pPr>
    </w:p>
    <w:p w14:paraId="627C0BB4" w14:textId="77777777" w:rsidR="00A3195F" w:rsidRDefault="005F3C55" w:rsidP="00765927">
      <w:pPr>
        <w:pStyle w:val="Heading2"/>
      </w:pPr>
      <w:r>
        <w:t>Applicant details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52C974D7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4BD9E9FB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1.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22A1D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Your name:</w:t>
            </w:r>
          </w:p>
          <w:p w14:paraId="1DCCBF09" w14:textId="2BECD82B" w:rsidR="00A3195F" w:rsidRDefault="00A3195F">
            <w:pPr>
              <w:spacing w:after="0" w:line="240" w:lineRule="auto"/>
            </w:pPr>
          </w:p>
        </w:tc>
      </w:tr>
    </w:tbl>
    <w:p w14:paraId="15943B44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60082C66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2B26D67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2.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BF01E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Your job title:</w:t>
            </w:r>
          </w:p>
          <w:p w14:paraId="1DE47278" w14:textId="1E054BBA" w:rsidR="00A3195F" w:rsidRDefault="00A3195F">
            <w:pPr>
              <w:spacing w:after="0" w:line="240" w:lineRule="auto"/>
            </w:pPr>
          </w:p>
        </w:tc>
      </w:tr>
    </w:tbl>
    <w:p w14:paraId="349C37D9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0A3FC2DB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8173DCC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3.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AA9D44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Your line manager:</w:t>
            </w:r>
          </w:p>
          <w:p w14:paraId="4A8FD088" w14:textId="4C36E4A1" w:rsidR="00A3195F" w:rsidRDefault="00A3195F">
            <w:pPr>
              <w:spacing w:after="0" w:line="240" w:lineRule="auto"/>
            </w:pPr>
          </w:p>
        </w:tc>
      </w:tr>
    </w:tbl>
    <w:p w14:paraId="4B23100B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54E935B0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B2B5096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4.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BF551E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Purpose for which funding is sought (Please give details of the course/training activity,</w:t>
            </w:r>
            <w:r>
              <w:rPr>
                <w:rFonts w:cs="Calibri"/>
              </w:rPr>
              <w:t xml:space="preserve"> including course provider, course content, web-link to course etc):</w:t>
            </w:r>
          </w:p>
          <w:p w14:paraId="4088A330" w14:textId="05C02BD2" w:rsidR="00765927" w:rsidRDefault="00765927">
            <w:pPr>
              <w:spacing w:after="0" w:line="240" w:lineRule="auto"/>
            </w:pPr>
          </w:p>
        </w:tc>
      </w:tr>
    </w:tbl>
    <w:p w14:paraId="11BD8532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4B618D0B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EAB83FD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5.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35CED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Rationale for the funding request. Please include:</w:t>
            </w:r>
            <w:r>
              <w:rPr>
                <w:rFonts w:cs="Calibri"/>
              </w:rPr>
              <w:br/>
            </w:r>
            <w:r>
              <w:rPr>
                <w:rFonts w:cs="Calibri"/>
                <w:sz w:val="20"/>
              </w:rPr>
              <w:t xml:space="preserve">· how the course will help you to develop within your role </w:t>
            </w:r>
            <w:r>
              <w:rPr>
                <w:rFonts w:cs="Calibri"/>
                <w:sz w:val="20"/>
              </w:rPr>
              <w:t>and/or be of broader benefit to the department</w:t>
            </w:r>
            <w:r>
              <w:rPr>
                <w:rFonts w:cs="Calibri"/>
              </w:rPr>
              <w:br/>
            </w:r>
            <w:r>
              <w:rPr>
                <w:rFonts w:cs="Calibri"/>
                <w:sz w:val="20"/>
              </w:rPr>
              <w:t>· where relevant, why an internal course is not available or suitable</w:t>
            </w:r>
            <w:r>
              <w:rPr>
                <w:rFonts w:cs="Calibri"/>
              </w:rPr>
              <w:br/>
            </w:r>
            <w:r>
              <w:rPr>
                <w:rFonts w:cs="Calibri"/>
                <w:sz w:val="20"/>
              </w:rPr>
              <w:t>· how you will share the learning from the course with colleagues (where possible and appropriate):</w:t>
            </w:r>
          </w:p>
          <w:p w14:paraId="33837C5D" w14:textId="77777777" w:rsidR="00A3195F" w:rsidRDefault="00A3195F">
            <w:pPr>
              <w:spacing w:after="0" w:line="240" w:lineRule="auto"/>
              <w:rPr>
                <w:rFonts w:cs="Calibri"/>
              </w:rPr>
            </w:pPr>
          </w:p>
          <w:p w14:paraId="0CBD0B27" w14:textId="2D871D80" w:rsidR="00765927" w:rsidRDefault="00765927">
            <w:pPr>
              <w:spacing w:after="0" w:line="240" w:lineRule="auto"/>
            </w:pPr>
          </w:p>
        </w:tc>
      </w:tr>
    </w:tbl>
    <w:p w14:paraId="786CA979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20E64145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BAE75EC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6.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EDF62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Date(s) of proposed activity (if relevant):</w:t>
            </w:r>
          </w:p>
          <w:p w14:paraId="64B22299" w14:textId="5646B7FD" w:rsidR="00A3195F" w:rsidRDefault="00A3195F">
            <w:pPr>
              <w:spacing w:after="0" w:line="240" w:lineRule="auto"/>
            </w:pPr>
          </w:p>
        </w:tc>
      </w:tr>
    </w:tbl>
    <w:p w14:paraId="3C62A6F1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20030D70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FAB5234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t>7.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D68E2" w14:textId="77777777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 xml:space="preserve">Total </w:t>
            </w:r>
            <w:r>
              <w:rPr>
                <w:rFonts w:cs="Calibri"/>
              </w:rPr>
              <w:t>cost of proposed activity:</w:t>
            </w:r>
          </w:p>
          <w:p w14:paraId="182D97B2" w14:textId="05CA13E0" w:rsidR="00765927" w:rsidRDefault="00765927" w:rsidP="00765927">
            <w:pPr>
              <w:spacing w:after="0" w:line="240" w:lineRule="auto"/>
            </w:pPr>
          </w:p>
          <w:p w14:paraId="2821493A" w14:textId="720D4FF1" w:rsidR="00A3195F" w:rsidRDefault="00A3195F">
            <w:pPr>
              <w:spacing w:after="0" w:line="240" w:lineRule="auto"/>
            </w:pPr>
          </w:p>
        </w:tc>
      </w:tr>
    </w:tbl>
    <w:p w14:paraId="30275396" w14:textId="77777777" w:rsidR="00A3195F" w:rsidRDefault="00A3195F"/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9677"/>
      </w:tblGrid>
      <w:tr w:rsidR="00A3195F" w14:paraId="49B66ABD" w14:textId="77777777">
        <w:tc>
          <w:tcPr>
            <w:tcW w:w="547" w:type="dxa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FBE696C" w14:textId="77777777" w:rsidR="00A3195F" w:rsidRDefault="005F3C55">
            <w:pPr>
              <w:spacing w:after="0" w:line="240" w:lineRule="auto"/>
              <w:jc w:val="center"/>
            </w:pPr>
            <w:r>
              <w:rPr>
                <w:rFonts w:cs="Calibri"/>
                <w:b/>
              </w:rPr>
              <w:lastRenderedPageBreak/>
              <w:t>8.</w:t>
            </w:r>
          </w:p>
        </w:tc>
        <w:tc>
          <w:tcPr>
            <w:tcW w:w="96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F3C75" w14:textId="67B3189C" w:rsidR="00A3195F" w:rsidRDefault="005F3C55">
            <w:pPr>
              <w:spacing w:after="0" w:line="240" w:lineRule="auto"/>
            </w:pPr>
            <w:r>
              <w:rPr>
                <w:rFonts w:cs="Calibri"/>
              </w:rPr>
              <w:t>Total amount requested from the Staff Development Fund (max £</w:t>
            </w:r>
            <w:r w:rsidR="00765927">
              <w:rPr>
                <w:rFonts w:cs="Calibri"/>
              </w:rPr>
              <w:t>75</w:t>
            </w:r>
            <w:r>
              <w:rPr>
                <w:rFonts w:cs="Calibri"/>
              </w:rPr>
              <w:t>0):</w:t>
            </w:r>
          </w:p>
          <w:p w14:paraId="64130BBE" w14:textId="12C62075" w:rsidR="00765927" w:rsidRDefault="00765927">
            <w:pPr>
              <w:spacing w:after="0" w:line="240" w:lineRule="auto"/>
            </w:pPr>
          </w:p>
        </w:tc>
      </w:tr>
    </w:tbl>
    <w:p w14:paraId="7629B205" w14:textId="77777777" w:rsidR="00A3195F" w:rsidRDefault="00A3195F"/>
    <w:p w14:paraId="389F5018" w14:textId="77777777" w:rsidR="00A3195F" w:rsidRDefault="005F3C55">
      <w:pPr>
        <w:spacing w:after="0" w:line="240" w:lineRule="auto"/>
      </w:pPr>
      <w:r>
        <w:rPr>
          <w:rFonts w:cs="Calibri"/>
        </w:rPr>
        <w:t>9. Have you exhausted all other potential funding opportunities, including via your line manager?</w:t>
      </w:r>
    </w:p>
    <w:p w14:paraId="52D0804F" w14:textId="616A10BE" w:rsidR="00A3195F" w:rsidRDefault="005F3C55">
      <w:pPr>
        <w:spacing w:after="0" w:line="240" w:lineRule="auto"/>
        <w:rPr>
          <w:rFonts w:cs="Calibri"/>
        </w:rPr>
      </w:pPr>
      <w:proofErr w:type="gramStart"/>
      <w:r>
        <w:rPr>
          <w:rFonts w:cs="Calibri"/>
        </w:rPr>
        <w:t>[ ]</w:t>
      </w:r>
      <w:proofErr w:type="gramEnd"/>
      <w:r>
        <w:rPr>
          <w:rFonts w:cs="Calibri"/>
        </w:rPr>
        <w:t xml:space="preserve"> Yes      [ ] No</w:t>
      </w:r>
    </w:p>
    <w:p w14:paraId="3D1120C4" w14:textId="77777777" w:rsidR="00765927" w:rsidRDefault="00765927">
      <w:pPr>
        <w:spacing w:after="0" w:line="240" w:lineRule="auto"/>
      </w:pPr>
    </w:p>
    <w:p w14:paraId="23D73D81" w14:textId="77777777" w:rsidR="00A3195F" w:rsidRDefault="005F3C55" w:rsidP="00765927">
      <w:pPr>
        <w:pStyle w:val="Heading2"/>
      </w:pPr>
      <w:r>
        <w:t>For your line manager</w:t>
      </w:r>
    </w:p>
    <w:p w14:paraId="135F396F" w14:textId="77777777" w:rsidR="00A3195F" w:rsidRDefault="005F3C55">
      <w:pPr>
        <w:spacing w:after="0" w:line="240" w:lineRule="auto"/>
      </w:pPr>
      <w:r>
        <w:rPr>
          <w:rFonts w:cs="Calibri"/>
        </w:rPr>
        <w:t>Line Manager comments / statement of support:</w:t>
      </w:r>
    </w:p>
    <w:p w14:paraId="472B1A4F" w14:textId="77777777" w:rsidR="00A3195F" w:rsidRDefault="005F3C55">
      <w:pPr>
        <w:spacing w:after="0" w:line="240" w:lineRule="auto"/>
      </w:pPr>
      <w:r>
        <w:rPr>
          <w:rFonts w:cs="Calibri"/>
        </w:rPr>
        <w:t>________________________________________________________________________________</w:t>
      </w:r>
    </w:p>
    <w:p w14:paraId="5B9D315F" w14:textId="77777777" w:rsidR="00A3195F" w:rsidRDefault="005F3C55">
      <w:pPr>
        <w:spacing w:after="0" w:line="240" w:lineRule="auto"/>
      </w:pPr>
      <w:r>
        <w:rPr>
          <w:rFonts w:cs="Calibri"/>
        </w:rPr>
        <w:t>________________________________________________________________________________</w:t>
      </w:r>
    </w:p>
    <w:p w14:paraId="387C0033" w14:textId="02E80714" w:rsidR="00A3195F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>________________________________________________________________________________</w:t>
      </w:r>
    </w:p>
    <w:p w14:paraId="1A643547" w14:textId="77777777" w:rsidR="00765927" w:rsidRDefault="00765927">
      <w:pPr>
        <w:spacing w:after="0" w:line="240" w:lineRule="auto"/>
      </w:pPr>
    </w:p>
    <w:p w14:paraId="515EFB81" w14:textId="5CC416A0" w:rsidR="00765927" w:rsidRDefault="005F3C55">
      <w:pPr>
        <w:spacing w:after="0" w:line="240" w:lineRule="auto"/>
        <w:rPr>
          <w:rFonts w:cs="Calibri"/>
        </w:rPr>
      </w:pPr>
      <w:proofErr w:type="gramStart"/>
      <w:r>
        <w:rPr>
          <w:rFonts w:cs="Calibri"/>
        </w:rPr>
        <w:t>[ ]</w:t>
      </w:r>
      <w:proofErr w:type="gramEnd"/>
      <w:r>
        <w:rPr>
          <w:rFonts w:cs="Calibri"/>
        </w:rPr>
        <w:t xml:space="preserve"> I certify</w:t>
      </w:r>
      <w:r>
        <w:rPr>
          <w:rFonts w:cs="Calibri"/>
        </w:rPr>
        <w:t xml:space="preserve"> that no other source of funding is available, and that I fully support this application.</w:t>
      </w:r>
    </w:p>
    <w:p w14:paraId="69A4DEED" w14:textId="77777777" w:rsidR="00765927" w:rsidRPr="00765927" w:rsidRDefault="00765927">
      <w:pPr>
        <w:spacing w:after="0" w:line="240" w:lineRule="auto"/>
        <w:rPr>
          <w:rFonts w:cs="Calibri"/>
        </w:rPr>
      </w:pPr>
    </w:p>
    <w:p w14:paraId="5FFEC071" w14:textId="268DCC3E" w:rsidR="00A3195F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>Signature of line manager ______________________________      Date ____________________</w:t>
      </w:r>
    </w:p>
    <w:p w14:paraId="28E121CB" w14:textId="77777777" w:rsidR="00765927" w:rsidRDefault="00765927">
      <w:pPr>
        <w:spacing w:after="0" w:line="240" w:lineRule="auto"/>
      </w:pPr>
    </w:p>
    <w:p w14:paraId="4B299A6C" w14:textId="77777777" w:rsidR="00A3195F" w:rsidRDefault="005F3C55" w:rsidP="00765927">
      <w:pPr>
        <w:pStyle w:val="Heading2"/>
      </w:pPr>
      <w:r>
        <w:t>For department use</w:t>
      </w:r>
    </w:p>
    <w:p w14:paraId="72BC1E62" w14:textId="3757BE3A" w:rsidR="00765927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Considered by </w:t>
      </w:r>
      <w:r w:rsidR="00765927">
        <w:rPr>
          <w:rFonts w:cs="Calibri"/>
        </w:rPr>
        <w:t>HAF</w:t>
      </w:r>
      <w:r>
        <w:rPr>
          <w:rFonts w:cs="Calibri"/>
        </w:rPr>
        <w:t xml:space="preserve"> </w:t>
      </w:r>
      <w:r w:rsidR="00765927">
        <w:rPr>
          <w:rFonts w:cs="Calibri"/>
        </w:rPr>
        <w:t>(and relevant departmental leads if applicable)</w:t>
      </w:r>
      <w:r>
        <w:rPr>
          <w:rFonts w:cs="Calibri"/>
        </w:rPr>
        <w:t xml:space="preserve"> (date): </w:t>
      </w:r>
      <w:r w:rsidR="00765927">
        <w:rPr>
          <w:rFonts w:cs="Calibri"/>
        </w:rPr>
        <w:t>__________________</w:t>
      </w:r>
    </w:p>
    <w:p w14:paraId="249B70CB" w14:textId="77777777" w:rsidR="00765927" w:rsidRPr="00765927" w:rsidRDefault="00765927">
      <w:pPr>
        <w:spacing w:after="0" w:line="240" w:lineRule="auto"/>
        <w:rPr>
          <w:rFonts w:cs="Calibri"/>
        </w:rPr>
      </w:pPr>
    </w:p>
    <w:p w14:paraId="65FA264D" w14:textId="7A42E7B8" w:rsidR="00A3195F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>Request Approved:</w:t>
      </w:r>
      <w:proofErr w:type="gramStart"/>
      <w:r>
        <w:rPr>
          <w:rFonts w:cs="Calibri"/>
        </w:rPr>
        <w:t xml:space="preserve">   [</w:t>
      </w:r>
      <w:proofErr w:type="gramEnd"/>
      <w:r>
        <w:rPr>
          <w:rFonts w:cs="Calibri"/>
        </w:rPr>
        <w:t xml:space="preserve"> ] Yes      [ ] No</w:t>
      </w:r>
    </w:p>
    <w:p w14:paraId="73C08516" w14:textId="77777777" w:rsidR="00765927" w:rsidRDefault="00765927">
      <w:pPr>
        <w:spacing w:after="0" w:line="240" w:lineRule="auto"/>
      </w:pPr>
    </w:p>
    <w:p w14:paraId="11864AA8" w14:textId="5BFB8652" w:rsidR="00A3195F" w:rsidRDefault="005F3C55">
      <w:pPr>
        <w:spacing w:after="0" w:line="240" w:lineRule="auto"/>
        <w:rPr>
          <w:rFonts w:cs="Calibri"/>
        </w:rPr>
      </w:pPr>
      <w:r>
        <w:rPr>
          <w:rFonts w:cs="Calibri"/>
        </w:rPr>
        <w:t>Reasons for declining to fund the request:</w:t>
      </w:r>
      <w:r w:rsidR="00765927">
        <w:rPr>
          <w:rFonts w:cs="Calibri"/>
        </w:rPr>
        <w:t xml:space="preserve"> _____________________________________________</w:t>
      </w:r>
    </w:p>
    <w:p w14:paraId="41A46D22" w14:textId="77777777" w:rsidR="00765927" w:rsidRPr="00765927" w:rsidRDefault="00765927">
      <w:pPr>
        <w:spacing w:after="0" w:line="240" w:lineRule="auto"/>
      </w:pPr>
    </w:p>
    <w:p w14:paraId="139BCEA9" w14:textId="77777777" w:rsidR="00765927" w:rsidRDefault="00765927">
      <w:pPr>
        <w:spacing w:after="0" w:line="240" w:lineRule="auto"/>
      </w:pPr>
    </w:p>
    <w:sectPr w:rsidR="00765927" w:rsidSect="00034616">
      <w:headerReference w:type="default" r:id="rId8"/>
      <w:footerReference w:type="default" r:id="rId9"/>
      <w:pgSz w:w="12240" w:h="15840"/>
      <w:pgMar w:top="1152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9014" w14:textId="77777777" w:rsidR="00765927" w:rsidRDefault="00765927" w:rsidP="00765927">
      <w:pPr>
        <w:spacing w:after="0" w:line="240" w:lineRule="auto"/>
      </w:pPr>
      <w:r>
        <w:separator/>
      </w:r>
    </w:p>
  </w:endnote>
  <w:endnote w:type="continuationSeparator" w:id="0">
    <w:p w14:paraId="3611DB5B" w14:textId="77777777" w:rsidR="00765927" w:rsidRDefault="00765927" w:rsidP="0076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9707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48FC3F" w14:textId="22640898" w:rsidR="00765927" w:rsidRDefault="00765927">
            <w:pPr>
              <w:pStyle w:val="Footer"/>
              <w:jc w:val="right"/>
            </w:pP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1954F4" w14:textId="77777777" w:rsidR="00765927" w:rsidRDefault="00765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4D62" w14:textId="77777777" w:rsidR="00765927" w:rsidRDefault="00765927" w:rsidP="00765927">
      <w:pPr>
        <w:spacing w:after="0" w:line="240" w:lineRule="auto"/>
      </w:pPr>
      <w:r>
        <w:separator/>
      </w:r>
    </w:p>
  </w:footnote>
  <w:footnote w:type="continuationSeparator" w:id="0">
    <w:p w14:paraId="11A45573" w14:textId="77777777" w:rsidR="00765927" w:rsidRDefault="00765927" w:rsidP="0076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002A" w14:textId="3302FCCF" w:rsidR="00765927" w:rsidRDefault="0076592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74EBD5" wp14:editId="57E8D3EE">
          <wp:simplePos x="0" y="0"/>
          <wp:positionH relativeFrom="column">
            <wp:posOffset>5614670</wp:posOffset>
          </wp:positionH>
          <wp:positionV relativeFrom="paragraph">
            <wp:posOffset>-288290</wp:posOffset>
          </wp:positionV>
          <wp:extent cx="1193800" cy="527685"/>
          <wp:effectExtent l="0" t="0" r="6350" b="5715"/>
          <wp:wrapTight wrapText="bothSides">
            <wp:wrapPolygon edited="0">
              <wp:start x="0" y="0"/>
              <wp:lineTo x="0" y="21054"/>
              <wp:lineTo x="21370" y="21054"/>
              <wp:lineTo x="213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3C55"/>
    <w:rsid w:val="00765927"/>
    <w:rsid w:val="00A319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D84882"/>
  <w14:defaultImageDpi w14:val="300"/>
  <w15:docId w15:val="{C7AD5EBA-E376-4A67-A418-A4907508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Katherine Shepherd</cp:lastModifiedBy>
  <cp:revision>3</cp:revision>
  <dcterms:created xsi:type="dcterms:W3CDTF">2026-07-31T13:20:00Z</dcterms:created>
  <dcterms:modified xsi:type="dcterms:W3CDTF">2026-07-31T13:21:00Z</dcterms:modified>
  <cp:category/>
</cp:coreProperties>
</file>